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i/>
          <w:sz w:val="16"/>
        </w:rPr>
        <w:t>Рекомендуемый образец (РД-11-02-2006, Приложение 3)</w:t>
      </w:r>
    </w:p>
    <w:p>
      <w:pPr>
        <w:jc w:val="center"/>
      </w:pPr>
      <w:r>
        <w:rPr>
          <w:b/>
          <w:i w:val="0"/>
          <w:sz w:val="28"/>
        </w:rPr>
        <w:t>АКТ</w:t>
      </w:r>
    </w:p>
    <w:p>
      <w:pPr>
        <w:jc w:val="center"/>
      </w:pPr>
      <w:r>
        <w:rPr>
          <w:b/>
          <w:i w:val="0"/>
          <w:sz w:val="24"/>
        </w:rPr>
        <w:t>освидетельствования скрытых работ</w:t>
      </w:r>
    </w:p>
    <w:p/>
    <w:p>
      <w:r>
        <w:rPr>
          <w:b w:val="0"/>
          <w:i w:val="0"/>
        </w:rPr>
        <w:t>№ ____________               «____» ______________ 20____ г.</w:t>
      </w:r>
    </w:p>
    <w:p/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(наименование объекта капитального строительства)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(почтовый или строительный адрес объекта капитального строительства)</w:t>
      </w:r>
    </w:p>
    <w:p/>
    <w:p>
      <w:r>
        <w:rPr>
          <w:b/>
          <w:i w:val="0"/>
        </w:rPr>
        <w:t>Представители:</w:t>
      </w:r>
    </w:p>
    <w:p>
      <w:r>
        <w:rPr>
          <w:i/>
          <w:sz w:val="18"/>
        </w:rPr>
        <w:t>Застройщик (технический заказчик) / лицо, осуществляющее строительный контроль застройщика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(должность, фамилия, имя, отчество, реквизиты документа о представительстве)</w:t>
      </w:r>
    </w:p>
    <w:p/>
    <w:p>
      <w:r>
        <w:rPr>
          <w:i/>
          <w:sz w:val="18"/>
        </w:rPr>
        <w:t>Лицо, осуществляющее строительство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(должность, фамилия, имя, отчество, реквизиты документа о представительстве)</w:t>
      </w:r>
    </w:p>
    <w:p/>
    <w:p>
      <w:r>
        <w:rPr>
          <w:i/>
          <w:sz w:val="18"/>
        </w:rPr>
        <w:t>Лицо, осуществляющее строительный контроль лица, осуществляющего строительство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(должность, фамилия, имя, отчество, реквизиты документа о представительстве)</w:t>
      </w:r>
    </w:p>
    <w:p/>
    <w:p>
      <w:r>
        <w:rPr>
          <w:i/>
          <w:sz w:val="18"/>
        </w:rPr>
        <w:t>Лицо, осуществляющее подготовку проектной документации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(должность, фамилия, имя, отчество, реквизиты документа о представительстве)</w:t>
      </w:r>
    </w:p>
    <w:p/>
    <w:p>
      <w:r>
        <w:rPr>
          <w:i/>
          <w:sz w:val="18"/>
        </w:rPr>
        <w:t>Иные представители (при необходимости)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(должность, фамилия, имя, отчество, реквизиты документа о представительстве)</w:t>
      </w:r>
    </w:p>
    <w:p/>
    <w:p>
      <w:r>
        <w:rPr>
          <w:b w:val="0"/>
          <w:i w:val="0"/>
        </w:rPr>
        <w:t>произвели осмотр работ, выполненных ____________________________________________________,</w:t>
      </w:r>
    </w:p>
    <w:p>
      <w:pPr>
        <w:jc w:val="center"/>
      </w:pPr>
      <w:r>
        <w:rPr>
          <w:b w:val="0"/>
          <w:i/>
          <w:sz w:val="16"/>
        </w:rPr>
        <w:t>(наименование лица, фактически выполнившего работы, предъявленные к освидетельствованию)</w:t>
      </w:r>
    </w:p>
    <w:p>
      <w:r>
        <w:rPr>
          <w:b w:val="0"/>
          <w:i w:val="0"/>
        </w:rPr>
        <w:t>и составили настоящий акт о нижеследующем:</w:t>
      </w:r>
    </w:p>
    <w:p/>
    <w:p>
      <w:r>
        <w:rPr>
          <w:b/>
          <w:i w:val="0"/>
        </w:rPr>
        <w:t>1. К освидетельствованию предъявлены следующие работы: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(наименование скрытых работ)</w:t>
      </w:r>
    </w:p>
    <w:p>
      <w:r>
        <w:t>________________________________________________</w:t>
      </w:r>
    </w:p>
    <w:p>
      <w:r>
        <w:rPr>
          <w:b/>
          <w:i w:val="0"/>
        </w:rPr>
        <w:t>2. Работы выполнены по проектной документации: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(номер, другие реквизиты чертежа, наименование проектной документации, сведения о лицах, осуществляющих подготовку раздела проектной документации)</w:t>
      </w:r>
    </w:p>
    <w:p>
      <w:r>
        <w:rPr>
          <w:b/>
          <w:i w:val="0"/>
        </w:rPr>
        <w:t>3. При выполнении работ применены: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(наименование строительных материалов (изделий), реквизиты сертификатов и/или других документов, подтверждающих качество)</w:t>
      </w:r>
    </w:p>
    <w:p>
      <w:r>
        <w:rPr>
          <w:b/>
          <w:i w:val="0"/>
        </w:rPr>
        <w:t>4. Предъявлены документы, подтверждающие соответствие работ предъявляемым требованиям: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(исполнительные схемы и чертежи, результаты экспертиз, обследований, лабораторных и иных испытаний)</w:t>
      </w:r>
    </w:p>
    <w:p>
      <w:r>
        <w:rPr>
          <w:b/>
          <w:i w:val="0"/>
        </w:rPr>
        <w:t>5. Даты: начала работ «___» ________ 20__ г.; окончания работ «___» ________ 20__ г.</w:t>
      </w:r>
    </w:p>
    <w:p>
      <w:r>
        <w:rPr>
          <w:b/>
          <w:i w:val="0"/>
        </w:rPr>
        <w:t>6. Работы выполнены в соответствии с: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(указываются наименование, статьи (пункты) технического регламента (норм и правил), иных нормативных документов)</w:t>
      </w:r>
    </w:p>
    <w:p>
      <w:r>
        <w:rPr>
          <w:b/>
          <w:i w:val="0"/>
        </w:rPr>
        <w:t>7. Разрешается производство последующих работ: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(наименование работ, конструкций, участков сетей инженерно-технического обеспечения)</w:t>
      </w:r>
    </w:p>
    <w:p/>
    <w:p>
      <w:r>
        <w:rPr>
          <w:b w:val="0"/>
          <w:i w:val="0"/>
        </w:rPr>
        <w:t>Дополнительные сведения ____________________________________________________________</w:t>
      </w:r>
    </w:p>
    <w:p>
      <w:r>
        <w:rPr>
          <w:b w:val="0"/>
          <w:i w:val="0"/>
        </w:rPr>
        <w:t>Акт составлен в ____ экземплярах.</w:t>
      </w:r>
    </w:p>
    <w:p/>
    <w:p>
      <w:r>
        <w:rPr>
          <w:b w:val="0"/>
          <w:i w:val="0"/>
        </w:rPr>
        <w:t>Приложения: ______________________________________________________________________</w:t>
      </w:r>
    </w:p>
    <w:p/>
    <w:p>
      <w:r>
        <w:rPr>
          <w:b/>
          <w:i w:val="0"/>
        </w:rPr>
        <w:t>Подписи представителей: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 / Ф.И.О. / подпись)</w:t>
      </w:r>
    </w:p>
    <w:p/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 / Ф.И.О. / подпись)</w:t>
      </w:r>
    </w:p>
    <w:p/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 / Ф.И.О. / подпись)</w:t>
      </w:r>
    </w:p>
    <w:p/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 / Ф.И.О. / подпись)</w:t>
      </w:r>
    </w:p>
    <w:p/>
    <w:p/>
    <w:p>
      <w:r>
        <w:rPr>
          <w:i/>
          <w:color w:val="666666"/>
          <w:sz w:val="16"/>
        </w:rPr>
        <w:t>Шаблон подготовлен компанией «Технический надзор» — 1nadzor.ru. Бесплатно, можно редактировать. Поможем с ведением исполнительной документации и стройконтролем: +7 (495) 230-00-92</w:t>
      </w:r>
    </w:p>
    <w:sectPr w:rsidR="00FC693F" w:rsidRPr="0006063C" w:rsidSect="00034616">
      <w:pgSz w:w="12240" w:h="15840"/>
      <w:pgMar w:top="850" w:right="567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